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IZJAVA STARŠA OZIROMA ZAKONITEGA ZASTOPNIKA</w:t>
      </w:r>
    </w:p>
    <w:p>
      <w:pPr>
        <w:jc w:val="center"/>
      </w:pPr>
      <w:r>
        <w:rPr>
          <w:b/>
          <w:sz w:val="24"/>
        </w:rPr>
        <w:t>O SOGLASJU IN ODGOVORNOSTI ZA UDELEŽBO OTROKA PRI VADBI</w:t>
      </w:r>
    </w:p>
    <w:p/>
    <w:p>
      <w:r>
        <w:rPr>
          <w:b/>
        </w:rPr>
        <w:t>Organizator vadbe</w:t>
      </w:r>
    </w:p>
    <w:p>
      <w:r>
        <w:t>Smučarski klub Javornik, Črni Vrh 22A, 5274 Črni Vrh nad Idrijo</w:t>
      </w:r>
    </w:p>
    <w:p>
      <w:r>
        <w:rPr>
          <w:b/>
        </w:rPr>
        <w:t>Izvajalec vadbe</w:t>
      </w:r>
    </w:p>
    <w:p>
      <w:r>
        <w:t>Bor Grdadolnik s.p., Rovte 119B, 1373 Rovte</w:t>
      </w:r>
    </w:p>
    <w:p>
      <w:r>
        <w:rPr>
          <w:b/>
        </w:rPr>
        <w:t>Podatki o otroku</w:t>
      </w:r>
    </w:p>
    <w:p>
      <w:r>
        <w:t>Ime in priimek: ______________________________________________</w:t>
      </w:r>
    </w:p>
    <w:p>
      <w:r>
        <w:t>Datum rojstva: _______________________________________________</w:t>
      </w:r>
    </w:p>
    <w:p>
      <w:r>
        <w:rPr>
          <w:b/>
        </w:rPr>
        <w:t>Podatki o staršu oziroma zakonitem zastopniku</w:t>
      </w:r>
    </w:p>
    <w:p>
      <w:r>
        <w:t>Ime in priimek: ______________________________________________</w:t>
      </w:r>
    </w:p>
    <w:p>
      <w:r>
        <w:t>Telefonska številka: __________________________________________</w:t>
      </w:r>
    </w:p>
    <w:p>
      <w:r>
        <w:t>E-pošta: _____________________________________________________</w:t>
      </w:r>
    </w:p>
    <w:p/>
    <w:p>
      <w:r>
        <w:rPr>
          <w:b/>
        </w:rPr>
        <w:t>Spodaj podpisani/a starš oziroma zakoniti zastopnik izjavljam, da:</w:t>
      </w:r>
    </w:p>
    <w:p>
      <w:pPr>
        <w:ind w:left="360" w:hanging="360"/>
      </w:pPr>
      <w:r>
        <w:t>• soglašam, da se moj otrok udeležuje organizirane vadbe ______________________________________________ (vrsta vadbe/program);</w:t>
      </w:r>
    </w:p>
    <w:p>
      <w:pPr>
        <w:ind w:left="360" w:hanging="360"/>
      </w:pPr>
      <w:r>
        <w:t>• sem seznanjen/a, da je vadba lahko povezana z običajnimi tveganji, ki izhajajo iz telesne aktivnosti, in da bo otrok pri vadbi upošteval navodila vaditelja oziroma trenerja;</w:t>
      </w:r>
    </w:p>
    <w:p>
      <w:pPr>
        <w:ind w:left="360" w:hanging="360"/>
      </w:pPr>
      <w:r>
        <w:t>• potrjujem, da je otrok po mojih informacijah zdravstveno sposoben za udeležbo pri navedeni vadbi, ter se zavezujem, da bom izvajalca pravočasno obvestil/a o morebitnih zdravstvenih posebnostih, poškodbah, alergijah ali drugih okoliščinah, ki bi lahko vplivale na varno izvajanje vadbe;</w:t>
      </w:r>
    </w:p>
    <w:p>
      <w:pPr>
        <w:ind w:left="360" w:hanging="360"/>
      </w:pPr>
      <w:r>
        <w:t>• sem seznanjen/a, da izvajalec zagotavlja vadbo v okviru svojih pristojnosti in z dolžno skrbnostjo ter da za škodo odgovarja v skladu z veljavnimi predpisi;</w:t>
      </w:r>
    </w:p>
    <w:p>
      <w:pPr>
        <w:ind w:left="360" w:hanging="360"/>
      </w:pPr>
      <w:r>
        <w:t>• soglašam, da lahko vaditelj v primeru poškodbe ali druge nujne zdravstvene situacije pokliče nujno medicinsko pomoč oziroma poskrbi za potrebno zdravstveno oskrbo otroka ter o dogodku čim prej obvesti starša oziroma zakonitega zastopnika;</w:t>
      </w:r>
    </w:p>
    <w:p>
      <w:pPr>
        <w:ind w:left="360" w:hanging="360"/>
      </w:pPr>
      <w:r>
        <w:t>• se zavedam, da mora otrok uporabljati ustrezno športno opremo in upoštevati varnostna navodila vaditelja;</w:t>
      </w:r>
    </w:p>
    <w:p>
      <w:pPr>
        <w:ind w:left="360" w:hanging="360"/>
      </w:pPr>
      <w:r>
        <w:t>• soglašam, da se otrok udeležuje vadbe v času in na lokaciji, ki ju določi izvajalec programa.</w:t>
      </w:r>
    </w:p>
    <w:p/>
    <w:p>
      <w:r>
        <w:rPr>
          <w:b/>
        </w:rPr>
        <w:t>Posebne zdravstvene oziroma druge pomembne informacije o otroku:</w:t>
      </w:r>
    </w:p>
    <w:p>
      <w:r>
        <w:t>__________________________________________________________________</w:t>
      </w:r>
    </w:p>
    <w:p>
      <w:r>
        <w:t>__________________________________________________________________</w:t>
      </w:r>
    </w:p>
    <w:p>
      <w:r>
        <w:t>__________________________________________________________________</w:t>
      </w:r>
    </w:p>
    <w:p/>
    <w:p>
      <w:r>
        <w:t>Kraj in datum: _________________________________________________</w:t>
      </w:r>
    </w:p>
    <w:p/>
    <w:p>
      <w:r>
        <w:t>Podpis starša oziroma zakonitega zastopnika:</w:t>
      </w:r>
    </w:p>
    <w:p/>
    <w:p>
      <w:r>
        <w:t>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